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C76E66" w14:textId="77777777" w:rsidR="00E2255F" w:rsidRDefault="00000000">
      <w:pPr>
        <w:spacing w:after="20" w:line="240" w:lineRule="auto"/>
        <w:jc w:val="center"/>
      </w:pPr>
      <w:r>
        <w:rPr>
          <w:b/>
          <w:sz w:val="34"/>
        </w:rPr>
        <w:t>JON NADELBERG</w:t>
      </w:r>
    </w:p>
    <w:p w14:paraId="5F39C3BB" w14:textId="77777777" w:rsidR="00DC2EBA" w:rsidRDefault="00000000">
      <w:pPr>
        <w:spacing w:after="20" w:line="240" w:lineRule="auto"/>
        <w:jc w:val="center"/>
        <w:rPr>
          <w:sz w:val="17"/>
        </w:rPr>
      </w:pPr>
      <w:r>
        <w:rPr>
          <w:sz w:val="17"/>
        </w:rPr>
        <w:t xml:space="preserve">Foster City, CA | </w:t>
      </w:r>
      <w:r w:rsidR="00DC2EBA">
        <w:rPr>
          <w:sz w:val="17"/>
        </w:rPr>
        <w:t>650-619-0653</w:t>
      </w:r>
    </w:p>
    <w:p w14:paraId="0EE30D6F" w14:textId="5C0C4ED9" w:rsidR="00E2255F" w:rsidRDefault="00000000">
      <w:pPr>
        <w:spacing w:after="20" w:line="240" w:lineRule="auto"/>
        <w:jc w:val="center"/>
      </w:pPr>
      <w:r>
        <w:rPr>
          <w:sz w:val="17"/>
        </w:rPr>
        <w:t>jvnadelberg@gmail.com | github.com/jvnadelberg2 | linkedin.com/in/</w:t>
      </w:r>
      <w:proofErr w:type="spellStart"/>
      <w:r>
        <w:rPr>
          <w:sz w:val="17"/>
        </w:rPr>
        <w:t>jon-nadelberg</w:t>
      </w:r>
      <w:proofErr w:type="spellEnd"/>
      <w:r>
        <w:rPr>
          <w:sz w:val="17"/>
        </w:rPr>
        <w:t xml:space="preserve"> | nadelberg.com/portfolio</w:t>
      </w:r>
    </w:p>
    <w:p w14:paraId="37870EA7" w14:textId="27A23053" w:rsidR="00E2255F" w:rsidRDefault="00000000">
      <w:pPr>
        <w:spacing w:after="100" w:line="240" w:lineRule="auto"/>
        <w:jc w:val="center"/>
      </w:pPr>
      <w:r>
        <w:rPr>
          <w:b/>
          <w:sz w:val="20"/>
        </w:rPr>
        <w:t>SENIOR TECHNICAL WRITER | SOFTWARE ENGINEER</w:t>
      </w:r>
      <w:r w:rsidR="00B857DA">
        <w:rPr>
          <w:b/>
          <w:sz w:val="20"/>
        </w:rPr>
        <w:t>ING BACKGROUND</w:t>
      </w:r>
    </w:p>
    <w:p w14:paraId="5349E067" w14:textId="77777777" w:rsidR="00E2255F" w:rsidRDefault="00000000">
      <w:pPr>
        <w:pBdr>
          <w:bottom w:val="single" w:sz="6" w:space="1" w:color="777777"/>
        </w:pBdr>
        <w:spacing w:before="140" w:after="40" w:line="240" w:lineRule="auto"/>
      </w:pPr>
      <w:r>
        <w:rPr>
          <w:b/>
          <w:sz w:val="20"/>
        </w:rPr>
        <w:t>SUMMARY</w:t>
      </w:r>
    </w:p>
    <w:p w14:paraId="5432B10C" w14:textId="77777777" w:rsidR="00E2255F" w:rsidRDefault="00000000">
      <w:pPr>
        <w:spacing w:before="20" w:after="80" w:line="240" w:lineRule="auto"/>
      </w:pPr>
      <w:r>
        <w:t>Senior Technical Writer and former Software Engineer with experience creating API documentation, SDK documentation, developer guides, technical reference materials, installation guides, administration guides, onboarding content, and code samples for enterprise software, security products, cloud systems, and AI-related technologies. Worked directly with engineering teams throughout my career to understand products, test software, document APIs, and create content that helps developers and customers successfully implement technical solutions. Before moving into technical writing, developed commercial software for security products, workflow automation systems, industrial control systems, and engineering applications.</w:t>
      </w:r>
    </w:p>
    <w:p w14:paraId="37BF0D33" w14:textId="77777777" w:rsidR="00E2255F" w:rsidRDefault="00000000">
      <w:pPr>
        <w:pBdr>
          <w:bottom w:val="single" w:sz="6" w:space="1" w:color="777777"/>
        </w:pBdr>
        <w:spacing w:before="140" w:after="40" w:line="240" w:lineRule="auto"/>
      </w:pPr>
      <w:r>
        <w:rPr>
          <w:b/>
          <w:sz w:val="20"/>
        </w:rPr>
        <w:t>TECHNICAL WRITING EXPERTISE</w:t>
      </w:r>
    </w:p>
    <w:p w14:paraId="376A3053" w14:textId="77777777" w:rsidR="00E2255F" w:rsidRDefault="00000000">
      <w:pPr>
        <w:spacing w:before="20" w:after="60" w:line="240" w:lineRule="auto"/>
      </w:pPr>
      <w:r>
        <w:rPr>
          <w:sz w:val="17"/>
        </w:rPr>
        <w:t>API Documentation | SDK Documentation | Developer Documentation | Technical Reference Documentation | Installation Guides | Administration Guides | Docs-as-Code | Release Notes | Developer Onboarding | Information Architecture | Knowledge Management</w:t>
      </w:r>
    </w:p>
    <w:p w14:paraId="7FCCAEF9" w14:textId="77777777" w:rsidR="00E2255F" w:rsidRDefault="00000000">
      <w:pPr>
        <w:spacing w:after="60" w:line="240" w:lineRule="auto"/>
      </w:pPr>
      <w:r>
        <w:rPr>
          <w:b/>
          <w:sz w:val="17"/>
        </w:rPr>
        <w:t xml:space="preserve">Programming: </w:t>
      </w:r>
      <w:r>
        <w:rPr>
          <w:sz w:val="17"/>
        </w:rPr>
        <w:t>Python | Java | C++ | SQL | JavaScript | Node.js</w:t>
      </w:r>
    </w:p>
    <w:p w14:paraId="6A6189F4" w14:textId="3A0FBE17" w:rsidR="00E2255F" w:rsidRDefault="00000000">
      <w:pPr>
        <w:spacing w:after="60" w:line="240" w:lineRule="auto"/>
      </w:pPr>
      <w:r>
        <w:rPr>
          <w:b/>
          <w:sz w:val="17"/>
        </w:rPr>
        <w:t xml:space="preserve">Tools: </w:t>
      </w:r>
      <w:r w:rsidR="00FF67A4" w:rsidRPr="00FF67A4">
        <w:rPr>
          <w:bCs/>
          <w:sz w:val="17"/>
        </w:rPr>
        <w:t>Oxygen XML Author | DITA</w:t>
      </w:r>
      <w:r w:rsidR="00FF67A4">
        <w:rPr>
          <w:b/>
          <w:sz w:val="17"/>
        </w:rPr>
        <w:t xml:space="preserve"> | </w:t>
      </w:r>
      <w:proofErr w:type="spellStart"/>
      <w:r>
        <w:rPr>
          <w:sz w:val="17"/>
        </w:rPr>
        <w:t>MadCap</w:t>
      </w:r>
      <w:proofErr w:type="spellEnd"/>
      <w:r>
        <w:rPr>
          <w:sz w:val="17"/>
        </w:rPr>
        <w:t xml:space="preserve"> Flare | Confluence | </w:t>
      </w:r>
      <w:proofErr w:type="spellStart"/>
      <w:r>
        <w:rPr>
          <w:sz w:val="17"/>
        </w:rPr>
        <w:t>Doxygen</w:t>
      </w:r>
      <w:proofErr w:type="spellEnd"/>
      <w:r>
        <w:rPr>
          <w:sz w:val="17"/>
        </w:rPr>
        <w:t xml:space="preserve"> | Javadoc | Git | GitHub | VS Code</w:t>
      </w:r>
    </w:p>
    <w:p w14:paraId="3AF64D74" w14:textId="77777777" w:rsidR="00E2255F" w:rsidRDefault="00000000">
      <w:pPr>
        <w:spacing w:after="60" w:line="240" w:lineRule="auto"/>
      </w:pPr>
      <w:r>
        <w:rPr>
          <w:b/>
          <w:sz w:val="17"/>
        </w:rPr>
        <w:t xml:space="preserve">Domains: </w:t>
      </w:r>
      <w:r>
        <w:rPr>
          <w:sz w:val="17"/>
        </w:rPr>
        <w:t>Enterprise Software | Security | Cloud Infrastructure | SaaS | Fintech | AI | Business Intelligence | Industrial Automation</w:t>
      </w:r>
    </w:p>
    <w:p w14:paraId="16061FA1" w14:textId="77777777" w:rsidR="00E2255F" w:rsidRDefault="00000000">
      <w:pPr>
        <w:pBdr>
          <w:bottom w:val="single" w:sz="6" w:space="1" w:color="777777"/>
        </w:pBdr>
        <w:spacing w:before="140" w:after="40" w:line="240" w:lineRule="auto"/>
      </w:pPr>
      <w:r>
        <w:rPr>
          <w:b/>
          <w:sz w:val="20"/>
        </w:rPr>
        <w:t>PROFESSIONAL EXPERIENCE</w:t>
      </w:r>
    </w:p>
    <w:p w14:paraId="03F817B8" w14:textId="7A0E4492" w:rsidR="00E2255F" w:rsidRDefault="00000000">
      <w:pPr>
        <w:spacing w:before="100" w:after="0" w:line="240" w:lineRule="auto"/>
      </w:pPr>
      <w:r>
        <w:rPr>
          <w:b/>
          <w:sz w:val="19"/>
        </w:rPr>
        <w:t>Meta - Senior Technical Writer (Contract</w:t>
      </w:r>
      <w:r w:rsidR="009374ED">
        <w:rPr>
          <w:b/>
          <w:sz w:val="19"/>
        </w:rPr>
        <w:t xml:space="preserve"> through HCL</w:t>
      </w:r>
      <w:r>
        <w:rPr>
          <w:b/>
          <w:sz w:val="19"/>
        </w:rPr>
        <w:t>)</w:t>
      </w:r>
    </w:p>
    <w:p w14:paraId="5FB2921C" w14:textId="77777777" w:rsidR="00E2255F" w:rsidRDefault="00000000">
      <w:pPr>
        <w:spacing w:after="20" w:line="240" w:lineRule="auto"/>
      </w:pPr>
      <w:r>
        <w:rPr>
          <w:i/>
        </w:rPr>
        <w:t>Foster City, CA | Oct 2025 - Dec 2025</w:t>
      </w:r>
    </w:p>
    <w:p w14:paraId="609C12B6" w14:textId="23B7BF7A" w:rsidR="00E2255F" w:rsidRDefault="00000000">
      <w:pPr>
        <w:pStyle w:val="ListBullet"/>
        <w:spacing w:after="20" w:line="240" w:lineRule="auto"/>
        <w:ind w:left="259" w:hanging="259"/>
      </w:pPr>
      <w:r>
        <w:t xml:space="preserve">Used Claude Code </w:t>
      </w:r>
      <w:r w:rsidR="00975637">
        <w:t xml:space="preserve">embedded into VS Code </w:t>
      </w:r>
      <w:r>
        <w:t>to generate documentation from TypeScript source code and reviewed the output for technical accuracy before publication.</w:t>
      </w:r>
    </w:p>
    <w:p w14:paraId="5E86C873" w14:textId="7B5D0C89" w:rsidR="00E2255F" w:rsidRDefault="00975637">
      <w:pPr>
        <w:pStyle w:val="ListBullet"/>
        <w:spacing w:after="20" w:line="240" w:lineRule="auto"/>
        <w:ind w:left="259" w:hanging="259"/>
      </w:pPr>
      <w:r>
        <w:t>Used workflows that converted TypeScript source code into Markdown documentation.</w:t>
      </w:r>
    </w:p>
    <w:p w14:paraId="73C4D90A" w14:textId="77777777" w:rsidR="00E2255F" w:rsidRDefault="00000000">
      <w:pPr>
        <w:pStyle w:val="ListBullet"/>
        <w:spacing w:after="20" w:line="240" w:lineRule="auto"/>
        <w:ind w:left="259" w:hanging="259"/>
      </w:pPr>
      <w:r>
        <w:t>Prepared documentation for Retrieval-Augmented Generation (RAG) systems used by AI agents.</w:t>
      </w:r>
    </w:p>
    <w:p w14:paraId="61C738BC" w14:textId="752D9DC3" w:rsidR="00E2255F" w:rsidRDefault="00000000">
      <w:pPr>
        <w:pStyle w:val="ListBullet"/>
        <w:spacing w:after="20" w:line="240" w:lineRule="auto"/>
        <w:ind w:left="259" w:hanging="259"/>
      </w:pPr>
      <w:r>
        <w:t>Documented a platform that allowed non-technical game developers to describe desired functionality and generate TypeScript applications through AI-</w:t>
      </w:r>
      <w:r w:rsidR="00E2770C">
        <w:t xml:space="preserve">Agent </w:t>
      </w:r>
      <w:r>
        <w:t>assisted workflows.</w:t>
      </w:r>
    </w:p>
    <w:p w14:paraId="32D877EA" w14:textId="77777777" w:rsidR="00E2255F" w:rsidRDefault="00000000">
      <w:pPr>
        <w:pStyle w:val="ListBullet"/>
        <w:spacing w:after="20" w:line="240" w:lineRule="auto"/>
        <w:ind w:left="259" w:hanging="259"/>
      </w:pPr>
      <w:r>
        <w:t>Worked directly with engineers in a docs-as-code environment using VS Code and source-controlled repositories.</w:t>
      </w:r>
    </w:p>
    <w:p w14:paraId="357D09E6" w14:textId="22652ED9" w:rsidR="00E2255F" w:rsidRDefault="00000000">
      <w:pPr>
        <w:spacing w:before="100" w:after="0" w:line="240" w:lineRule="auto"/>
      </w:pPr>
      <w:r>
        <w:rPr>
          <w:b/>
          <w:sz w:val="19"/>
        </w:rPr>
        <w:t>Google - Senior Writer (Contract</w:t>
      </w:r>
      <w:r w:rsidR="009374ED">
        <w:rPr>
          <w:b/>
          <w:sz w:val="19"/>
        </w:rPr>
        <w:t xml:space="preserve"> through Accenture</w:t>
      </w:r>
      <w:r>
        <w:rPr>
          <w:b/>
          <w:sz w:val="19"/>
        </w:rPr>
        <w:t>)</w:t>
      </w:r>
    </w:p>
    <w:p w14:paraId="18F197BF" w14:textId="77777777" w:rsidR="00E2255F" w:rsidRDefault="00000000">
      <w:pPr>
        <w:spacing w:after="20" w:line="240" w:lineRule="auto"/>
      </w:pPr>
      <w:r>
        <w:rPr>
          <w:i/>
        </w:rPr>
        <w:t>Foster City, CA | Jun 2025 - Nov 2025</w:t>
      </w:r>
    </w:p>
    <w:p w14:paraId="0757300A" w14:textId="77777777" w:rsidR="00E2255F" w:rsidRDefault="00000000">
      <w:pPr>
        <w:pStyle w:val="ListBullet"/>
        <w:spacing w:after="20" w:line="240" w:lineRule="auto"/>
        <w:ind w:left="259" w:hanging="259"/>
      </w:pPr>
      <w:r>
        <w:t>Created public-facing Help Center content and internal knowledge-base documentation.</w:t>
      </w:r>
    </w:p>
    <w:p w14:paraId="36DAA535" w14:textId="77777777" w:rsidR="00E2255F" w:rsidRDefault="00000000">
      <w:pPr>
        <w:pStyle w:val="ListBullet"/>
        <w:spacing w:after="20" w:line="240" w:lineRule="auto"/>
        <w:ind w:left="259" w:hanging="259"/>
      </w:pPr>
      <w:r>
        <w:t>Wrote content in accordance with Google style and editorial standards.</w:t>
      </w:r>
    </w:p>
    <w:p w14:paraId="7D00B738" w14:textId="7B2D890F" w:rsidR="00E2255F" w:rsidRDefault="00000000">
      <w:pPr>
        <w:spacing w:before="100" w:after="0" w:line="240" w:lineRule="auto"/>
      </w:pPr>
      <w:r>
        <w:rPr>
          <w:b/>
          <w:sz w:val="19"/>
        </w:rPr>
        <w:t>Zoox - Technical Writer, AI/ML Infrastructure (Contract</w:t>
      </w:r>
      <w:r w:rsidR="009374ED">
        <w:rPr>
          <w:b/>
          <w:sz w:val="19"/>
        </w:rPr>
        <w:t xml:space="preserve"> through Lancesoft</w:t>
      </w:r>
      <w:r>
        <w:rPr>
          <w:b/>
          <w:sz w:val="19"/>
        </w:rPr>
        <w:t>)</w:t>
      </w:r>
    </w:p>
    <w:p w14:paraId="1F81DECD" w14:textId="77777777" w:rsidR="00E2255F" w:rsidRDefault="00000000">
      <w:pPr>
        <w:spacing w:after="20" w:line="240" w:lineRule="auto"/>
      </w:pPr>
      <w:r>
        <w:rPr>
          <w:i/>
        </w:rPr>
        <w:t>Foster City, CA | Aug 2024 - May 2025</w:t>
      </w:r>
    </w:p>
    <w:p w14:paraId="544D10E6" w14:textId="77777777" w:rsidR="00E2255F" w:rsidRDefault="00000000">
      <w:pPr>
        <w:pStyle w:val="ListBullet"/>
        <w:spacing w:after="20" w:line="240" w:lineRule="auto"/>
        <w:ind w:left="259" w:hanging="259"/>
      </w:pPr>
      <w:r>
        <w:t>Reworked software-engineering onboarding documentation so new engineers could set up development environments without one-on-one assistance from another engineer.</w:t>
      </w:r>
    </w:p>
    <w:p w14:paraId="2B8E2AC3" w14:textId="77777777" w:rsidR="00E2255F" w:rsidRDefault="00000000">
      <w:pPr>
        <w:pStyle w:val="ListBullet"/>
        <w:spacing w:after="20" w:line="240" w:lineRule="auto"/>
        <w:ind w:left="259" w:hanging="259"/>
      </w:pPr>
      <w:r>
        <w:t>Created onboarding materials that helped engineers become productive without direct setup support.</w:t>
      </w:r>
    </w:p>
    <w:p w14:paraId="080B4134" w14:textId="77777777" w:rsidR="00E2255F" w:rsidRDefault="00000000">
      <w:pPr>
        <w:pStyle w:val="ListBullet"/>
        <w:spacing w:after="20" w:line="240" w:lineRule="auto"/>
        <w:ind w:left="259" w:hanging="259"/>
      </w:pPr>
      <w:r>
        <w:t>Generated Python sample applications demonstrating AWS integration and observability.</w:t>
      </w:r>
    </w:p>
    <w:p w14:paraId="32D10A82" w14:textId="77777777" w:rsidR="00E2255F" w:rsidRDefault="00000000">
      <w:pPr>
        <w:pStyle w:val="ListBullet"/>
        <w:spacing w:after="20" w:line="240" w:lineRule="auto"/>
        <w:ind w:left="259" w:hanging="259"/>
      </w:pPr>
      <w:r>
        <w:t>Used AI-assisted development tools to create technical examples and supporting content.</w:t>
      </w:r>
    </w:p>
    <w:p w14:paraId="188CF3EC" w14:textId="77777777" w:rsidR="00E2255F" w:rsidRDefault="00000000">
      <w:pPr>
        <w:pStyle w:val="ListBullet"/>
        <w:spacing w:after="20" w:line="240" w:lineRule="auto"/>
        <w:ind w:left="259" w:hanging="259"/>
      </w:pPr>
      <w:r>
        <w:t>Produced documentation in a docs-as-code environment integrated with software development workflows.</w:t>
      </w:r>
    </w:p>
    <w:p w14:paraId="72765E47" w14:textId="24E454F3" w:rsidR="00E2255F" w:rsidRDefault="00000000">
      <w:pPr>
        <w:spacing w:before="100" w:after="0" w:line="240" w:lineRule="auto"/>
      </w:pPr>
      <w:r>
        <w:rPr>
          <w:b/>
          <w:sz w:val="19"/>
        </w:rPr>
        <w:t>Snowflake - Documentation Specialist</w:t>
      </w:r>
      <w:r w:rsidR="009374ED">
        <w:rPr>
          <w:b/>
          <w:sz w:val="19"/>
        </w:rPr>
        <w:t xml:space="preserve"> (Contract through Apex Systems)</w:t>
      </w:r>
    </w:p>
    <w:p w14:paraId="420BB6D0" w14:textId="77777777" w:rsidR="00E2255F" w:rsidRDefault="00000000">
      <w:pPr>
        <w:spacing w:after="20" w:line="240" w:lineRule="auto"/>
      </w:pPr>
      <w:r>
        <w:rPr>
          <w:i/>
        </w:rPr>
        <w:t>San Mateo, CA | Aug 2023 - Aug 2024</w:t>
      </w:r>
    </w:p>
    <w:p w14:paraId="56712E7D" w14:textId="77777777" w:rsidR="00E2255F" w:rsidRDefault="00000000">
      <w:pPr>
        <w:pStyle w:val="ListBullet"/>
        <w:spacing w:after="20" w:line="240" w:lineRule="auto"/>
        <w:ind w:left="259" w:hanging="259"/>
      </w:pPr>
      <w:r>
        <w:t>Created developer-focused documentation for database connection software.</w:t>
      </w:r>
    </w:p>
    <w:p w14:paraId="4F1164F3" w14:textId="77777777" w:rsidR="00E2255F" w:rsidRDefault="00000000">
      <w:pPr>
        <w:pStyle w:val="ListBullet"/>
        <w:spacing w:after="20" w:line="240" w:lineRule="auto"/>
        <w:ind w:left="259" w:hanging="259"/>
      </w:pPr>
      <w:r>
        <w:t>Wrote release notes and integration tutorials.</w:t>
      </w:r>
    </w:p>
    <w:p w14:paraId="695A9B90" w14:textId="77777777" w:rsidR="00E2255F" w:rsidRDefault="00000000">
      <w:pPr>
        <w:pStyle w:val="ListBullet"/>
        <w:spacing w:after="20" w:line="240" w:lineRule="auto"/>
        <w:ind w:left="259" w:hanging="259"/>
      </w:pPr>
      <w:r>
        <w:t>Documented system connectors for ServiceNow and Google Analytics.</w:t>
      </w:r>
    </w:p>
    <w:p w14:paraId="540EC29F" w14:textId="77777777" w:rsidR="00E2255F" w:rsidRDefault="00000000">
      <w:pPr>
        <w:pStyle w:val="ListBullet"/>
        <w:spacing w:after="20" w:line="240" w:lineRule="auto"/>
        <w:ind w:left="259" w:hanging="259"/>
      </w:pPr>
      <w:r>
        <w:t>Worked within docs-as-code development workflows.</w:t>
      </w:r>
    </w:p>
    <w:p w14:paraId="554D2966" w14:textId="3AF5E853" w:rsidR="00E2255F" w:rsidRDefault="00000000">
      <w:pPr>
        <w:spacing w:before="100" w:after="0" w:line="240" w:lineRule="auto"/>
      </w:pPr>
      <w:r>
        <w:rPr>
          <w:b/>
          <w:sz w:val="19"/>
        </w:rPr>
        <w:t xml:space="preserve">Google - </w:t>
      </w:r>
      <w:proofErr w:type="gramStart"/>
      <w:r>
        <w:rPr>
          <w:b/>
          <w:sz w:val="19"/>
        </w:rPr>
        <w:t>Open Source</w:t>
      </w:r>
      <w:proofErr w:type="gramEnd"/>
      <w:r>
        <w:rPr>
          <w:b/>
          <w:sz w:val="19"/>
        </w:rPr>
        <w:t xml:space="preserve"> Security Documentation Writer</w:t>
      </w:r>
      <w:r w:rsidR="009374ED">
        <w:rPr>
          <w:b/>
          <w:sz w:val="19"/>
        </w:rPr>
        <w:t xml:space="preserve"> (Contract through </w:t>
      </w:r>
      <w:proofErr w:type="spellStart"/>
      <w:r w:rsidR="009374ED">
        <w:rPr>
          <w:b/>
          <w:sz w:val="19"/>
        </w:rPr>
        <w:t>InfoObjects</w:t>
      </w:r>
      <w:proofErr w:type="spellEnd"/>
      <w:r w:rsidR="009374ED">
        <w:rPr>
          <w:b/>
          <w:sz w:val="19"/>
        </w:rPr>
        <w:t>)</w:t>
      </w:r>
    </w:p>
    <w:p w14:paraId="0C3A0D84" w14:textId="77777777" w:rsidR="00E2255F" w:rsidRDefault="00000000">
      <w:pPr>
        <w:spacing w:after="20" w:line="240" w:lineRule="auto"/>
      </w:pPr>
      <w:r>
        <w:rPr>
          <w:i/>
        </w:rPr>
        <w:t>Sunnyvale, CA | Dec 2022 - Nov 2023</w:t>
      </w:r>
    </w:p>
    <w:p w14:paraId="2A25442A" w14:textId="77777777" w:rsidR="00E2255F" w:rsidRDefault="00000000">
      <w:pPr>
        <w:pStyle w:val="ListBullet"/>
        <w:spacing w:after="20" w:line="240" w:lineRule="auto"/>
        <w:ind w:left="259" w:hanging="259"/>
      </w:pPr>
      <w:r>
        <w:t>Created documentation for Sigstore and SLSA open-source security initiatives.</w:t>
      </w:r>
    </w:p>
    <w:p w14:paraId="72B4D679" w14:textId="77777777" w:rsidR="00E2255F" w:rsidRDefault="00000000">
      <w:pPr>
        <w:pStyle w:val="ListBullet"/>
        <w:spacing w:after="20" w:line="240" w:lineRule="auto"/>
        <w:ind w:left="259" w:hanging="259"/>
      </w:pPr>
      <w:r>
        <w:t>Contributed developer-facing security documentation using Markdown, GitHub, and VS Code.</w:t>
      </w:r>
    </w:p>
    <w:p w14:paraId="1E94CA48" w14:textId="77777777" w:rsidR="00E2255F" w:rsidRDefault="00000000">
      <w:pPr>
        <w:pStyle w:val="ListBullet"/>
        <w:spacing w:after="20" w:line="240" w:lineRule="auto"/>
        <w:ind w:left="259" w:hanging="259"/>
      </w:pPr>
      <w:r>
        <w:t>Worked with global open-source communities on security best practices and implementation guidance.</w:t>
      </w:r>
    </w:p>
    <w:p w14:paraId="4D20FC67" w14:textId="649B35C6" w:rsidR="00E2255F" w:rsidRDefault="00000000">
      <w:pPr>
        <w:spacing w:before="100" w:after="0" w:line="240" w:lineRule="auto"/>
      </w:pPr>
      <w:r>
        <w:rPr>
          <w:b/>
          <w:sz w:val="19"/>
        </w:rPr>
        <w:t>Meta - Senior Technical Writer (Contract</w:t>
      </w:r>
      <w:r w:rsidR="009374ED">
        <w:rPr>
          <w:b/>
          <w:sz w:val="19"/>
        </w:rPr>
        <w:t xml:space="preserve"> through Rose International)</w:t>
      </w:r>
    </w:p>
    <w:p w14:paraId="057FE9DE" w14:textId="77777777" w:rsidR="00E2255F" w:rsidRDefault="00000000">
      <w:pPr>
        <w:spacing w:after="20" w:line="240" w:lineRule="auto"/>
      </w:pPr>
      <w:r>
        <w:rPr>
          <w:i/>
        </w:rPr>
        <w:t>Burlingame, CA | Aug 2021 - Jun 2022</w:t>
      </w:r>
    </w:p>
    <w:p w14:paraId="173B9316" w14:textId="77777777" w:rsidR="00E2255F" w:rsidRDefault="00000000">
      <w:pPr>
        <w:pStyle w:val="ListBullet"/>
        <w:spacing w:after="20" w:line="240" w:lineRule="auto"/>
        <w:ind w:left="259" w:hanging="259"/>
      </w:pPr>
      <w:r>
        <w:t>Wrote engineering-facing documentation for the Portal product.</w:t>
      </w:r>
    </w:p>
    <w:p w14:paraId="638677A0" w14:textId="77777777" w:rsidR="00E2255F" w:rsidRDefault="00000000">
      <w:pPr>
        <w:pStyle w:val="ListBullet"/>
        <w:spacing w:after="20" w:line="240" w:lineRule="auto"/>
        <w:ind w:left="259" w:hanging="259"/>
      </w:pPr>
      <w:r>
        <w:t>Worked directly with engineering teams on product documentation.</w:t>
      </w:r>
    </w:p>
    <w:p w14:paraId="38A81DA7" w14:textId="77777777" w:rsidR="00E2255F" w:rsidRDefault="00000000">
      <w:pPr>
        <w:spacing w:before="100" w:after="0" w:line="240" w:lineRule="auto"/>
      </w:pPr>
      <w:r>
        <w:rPr>
          <w:b/>
          <w:sz w:val="19"/>
        </w:rPr>
        <w:t>Gracenote, a Nielsen Company - API/SDK Documentation Lead</w:t>
      </w:r>
    </w:p>
    <w:p w14:paraId="2486520E" w14:textId="77777777" w:rsidR="00E2255F" w:rsidRDefault="00000000">
      <w:pPr>
        <w:spacing w:after="20" w:line="240" w:lineRule="auto"/>
      </w:pPr>
      <w:r>
        <w:rPr>
          <w:i/>
        </w:rPr>
        <w:t>Emeryville, CA | Nov 2013 - Jan 2023</w:t>
      </w:r>
    </w:p>
    <w:p w14:paraId="5006BA60" w14:textId="77777777" w:rsidR="00E2255F" w:rsidRDefault="00000000">
      <w:pPr>
        <w:pStyle w:val="ListBullet"/>
        <w:spacing w:after="20" w:line="240" w:lineRule="auto"/>
        <w:ind w:left="259" w:hanging="259"/>
      </w:pPr>
      <w:r>
        <w:t>Led API and SDK documentation efforts for Gracenote's entertainment metadata products.</w:t>
      </w:r>
    </w:p>
    <w:p w14:paraId="2D28E62B" w14:textId="77777777" w:rsidR="00E2255F" w:rsidRDefault="00000000">
      <w:pPr>
        <w:pStyle w:val="ListBullet"/>
        <w:spacing w:after="20" w:line="240" w:lineRule="auto"/>
        <w:ind w:left="259" w:hanging="259"/>
      </w:pPr>
      <w:r>
        <w:lastRenderedPageBreak/>
        <w:t>Created developer documentation, integration guides, technical reference materials, and customer-facing code samples for C, C++, and Java APIs.</w:t>
      </w:r>
    </w:p>
    <w:p w14:paraId="1512CBAD" w14:textId="77777777" w:rsidR="00E2255F" w:rsidRDefault="00000000">
      <w:pPr>
        <w:pStyle w:val="ListBullet"/>
        <w:spacing w:after="20" w:line="240" w:lineRule="auto"/>
        <w:ind w:left="259" w:hanging="259"/>
      </w:pPr>
      <w:r>
        <w:t>Developed examples showing how to submit queries and retrieve entertainment metadata using Gracenote APIs and SDKs.</w:t>
      </w:r>
    </w:p>
    <w:p w14:paraId="0D1C6D57" w14:textId="77777777" w:rsidR="00E2255F" w:rsidRDefault="00000000">
      <w:pPr>
        <w:pStyle w:val="ListBullet"/>
        <w:spacing w:after="20" w:line="240" w:lineRule="auto"/>
        <w:ind w:left="259" w:hanging="259"/>
      </w:pPr>
      <w:r>
        <w:t>Supported multiple product lines spanning desktop, automotive, iOS, Android, Windows Phone, and language-specific SDK offerings.</w:t>
      </w:r>
    </w:p>
    <w:p w14:paraId="169B4CA5" w14:textId="77777777" w:rsidR="00E2255F" w:rsidRDefault="00000000">
      <w:pPr>
        <w:pStyle w:val="ListBullet"/>
        <w:spacing w:after="20" w:line="240" w:lineRule="auto"/>
        <w:ind w:left="259" w:hanging="259"/>
      </w:pPr>
      <w:r>
        <w:t>Maintained documentation across numerous SDK releases and product updates over a ten-year period.</w:t>
      </w:r>
    </w:p>
    <w:p w14:paraId="5ED80598" w14:textId="77777777" w:rsidR="00E2255F" w:rsidRDefault="00000000">
      <w:pPr>
        <w:pStyle w:val="ListBullet"/>
        <w:spacing w:after="20" w:line="240" w:lineRule="auto"/>
        <w:ind w:left="259" w:hanging="259"/>
      </w:pPr>
      <w:r>
        <w:t>Produced documentation using MadCap Flare, Confluence, Doxygen, and Javadoc.</w:t>
      </w:r>
    </w:p>
    <w:p w14:paraId="205B8624" w14:textId="77777777" w:rsidR="00E2255F" w:rsidRDefault="00000000">
      <w:pPr>
        <w:pStyle w:val="ListBullet"/>
        <w:spacing w:after="20" w:line="240" w:lineRule="auto"/>
        <w:ind w:left="259" w:hanging="259"/>
      </w:pPr>
      <w:r>
        <w:t>Created test scenarios and validation procedures to verify documentation accuracy.</w:t>
      </w:r>
    </w:p>
    <w:p w14:paraId="7235D876" w14:textId="77777777" w:rsidR="00E2255F" w:rsidRDefault="00000000">
      <w:pPr>
        <w:pStyle w:val="ListBullet"/>
        <w:spacing w:after="20" w:line="240" w:lineRule="auto"/>
        <w:ind w:left="259" w:hanging="259"/>
      </w:pPr>
      <w:r>
        <w:t>Developed documentation build and publishing workflows for ongoing maintenance and delivery.</w:t>
      </w:r>
    </w:p>
    <w:p w14:paraId="16BE085A" w14:textId="77777777" w:rsidR="00E2255F" w:rsidRDefault="00000000">
      <w:pPr>
        <w:pStyle w:val="ListBullet"/>
        <w:spacing w:after="20" w:line="240" w:lineRule="auto"/>
        <w:ind w:left="259" w:hanging="259"/>
      </w:pPr>
      <w:r>
        <w:t>Automated software-documentation release builds using MS-DOS batch scripts.</w:t>
      </w:r>
    </w:p>
    <w:p w14:paraId="13532450" w14:textId="77777777" w:rsidR="00E2255F" w:rsidRDefault="00000000">
      <w:pPr>
        <w:spacing w:before="100" w:after="0" w:line="240" w:lineRule="auto"/>
      </w:pPr>
      <w:r>
        <w:rPr>
          <w:b/>
          <w:sz w:val="19"/>
        </w:rPr>
        <w:t>Pelco by Schneider Electric - Senior Technical Writer</w:t>
      </w:r>
    </w:p>
    <w:p w14:paraId="77A4CCB4" w14:textId="77777777" w:rsidR="00E2255F" w:rsidRDefault="00000000">
      <w:pPr>
        <w:spacing w:after="20" w:line="240" w:lineRule="auto"/>
      </w:pPr>
      <w:r>
        <w:rPr>
          <w:i/>
        </w:rPr>
        <w:t>Pleasanton, CA | 2013</w:t>
      </w:r>
    </w:p>
    <w:p w14:paraId="084E05B6" w14:textId="77777777" w:rsidR="00E2255F" w:rsidRDefault="00000000">
      <w:pPr>
        <w:pStyle w:val="ListBullet"/>
        <w:spacing w:after="20" w:line="240" w:lineRule="auto"/>
        <w:ind w:left="259" w:hanging="259"/>
      </w:pPr>
      <w:r>
        <w:t>Created API documentation and administrative guides for physical-security and video-surveillance systems.</w:t>
      </w:r>
    </w:p>
    <w:p w14:paraId="343DD562" w14:textId="77777777" w:rsidR="00E2255F" w:rsidRDefault="00000000">
      <w:pPr>
        <w:pStyle w:val="ListBullet"/>
        <w:spacing w:after="20" w:line="240" w:lineRule="auto"/>
        <w:ind w:left="259" w:hanging="259"/>
      </w:pPr>
      <w:r>
        <w:t>Documented security, video-surveillance, and hardware/software integration workflows.</w:t>
      </w:r>
    </w:p>
    <w:p w14:paraId="432FE845" w14:textId="77777777" w:rsidR="00E2255F" w:rsidRDefault="00000000">
      <w:pPr>
        <w:pStyle w:val="ListBullet"/>
        <w:spacing w:after="20" w:line="240" w:lineRule="auto"/>
        <w:ind w:left="259" w:hanging="259"/>
      </w:pPr>
      <w:r>
        <w:t>Produced installation, configuration, and operational documentation for enterprise security deployments.</w:t>
      </w:r>
    </w:p>
    <w:p w14:paraId="1FEE667A" w14:textId="77777777" w:rsidR="00E2255F" w:rsidRDefault="00000000">
      <w:pPr>
        <w:spacing w:before="100" w:after="0" w:line="240" w:lineRule="auto"/>
      </w:pPr>
      <w:r>
        <w:rPr>
          <w:b/>
          <w:sz w:val="19"/>
        </w:rPr>
        <w:t>Intel - Technical Writer (Contract)</w:t>
      </w:r>
    </w:p>
    <w:p w14:paraId="17DE0DC5" w14:textId="77777777" w:rsidR="00E2255F" w:rsidRDefault="00000000">
      <w:pPr>
        <w:spacing w:after="20" w:line="240" w:lineRule="auto"/>
      </w:pPr>
      <w:r>
        <w:rPr>
          <w:i/>
        </w:rPr>
        <w:t>Remote (Hillsboro, OR) | 2012</w:t>
      </w:r>
    </w:p>
    <w:p w14:paraId="3CC301ED" w14:textId="77777777" w:rsidR="00E2255F" w:rsidRDefault="00000000">
      <w:pPr>
        <w:pStyle w:val="ListBullet"/>
        <w:spacing w:after="20" w:line="240" w:lineRule="auto"/>
        <w:ind w:left="259" w:hanging="259"/>
      </w:pPr>
      <w:r>
        <w:t>Produced documentation for cloud security software initiatives.</w:t>
      </w:r>
    </w:p>
    <w:p w14:paraId="202DC641" w14:textId="77777777" w:rsidR="00E2255F" w:rsidRDefault="00000000">
      <w:pPr>
        <w:pStyle w:val="ListBullet"/>
        <w:spacing w:after="20" w:line="240" w:lineRule="auto"/>
        <w:ind w:left="259" w:hanging="259"/>
      </w:pPr>
      <w:r>
        <w:t>Worked with engineering teams to document technical processes and product functionality.</w:t>
      </w:r>
    </w:p>
    <w:p w14:paraId="53E9EE53" w14:textId="6643356E" w:rsidR="00FF67A4" w:rsidRDefault="00275A8D">
      <w:pPr>
        <w:pStyle w:val="ListBullet"/>
        <w:spacing w:after="20" w:line="240" w:lineRule="auto"/>
        <w:ind w:left="259" w:hanging="259"/>
      </w:pPr>
      <w:r>
        <w:t xml:space="preserve">Used </w:t>
      </w:r>
      <w:r w:rsidR="00FF67A4">
        <w:t xml:space="preserve">Oxygen XML documentation </w:t>
      </w:r>
      <w:r>
        <w:t>and</w:t>
      </w:r>
      <w:r w:rsidR="00FF67A4">
        <w:t xml:space="preserve"> DITA</w:t>
      </w:r>
    </w:p>
    <w:p w14:paraId="171B6755" w14:textId="77777777" w:rsidR="00E2255F" w:rsidRDefault="00000000">
      <w:pPr>
        <w:spacing w:before="100" w:after="0" w:line="240" w:lineRule="auto"/>
      </w:pPr>
      <w:r>
        <w:rPr>
          <w:b/>
          <w:sz w:val="19"/>
        </w:rPr>
        <w:t>Voltage Security - Senior Technical Writer</w:t>
      </w:r>
    </w:p>
    <w:p w14:paraId="1157F8CE" w14:textId="77777777" w:rsidR="00E2255F" w:rsidRDefault="00000000">
      <w:pPr>
        <w:spacing w:after="20" w:line="240" w:lineRule="auto"/>
      </w:pPr>
      <w:r>
        <w:rPr>
          <w:i/>
        </w:rPr>
        <w:t>Cupertino, CA | Nov 2010 - May 2012</w:t>
      </w:r>
    </w:p>
    <w:p w14:paraId="76F0B0E7" w14:textId="77777777" w:rsidR="00E2255F" w:rsidRDefault="00000000">
      <w:pPr>
        <w:pStyle w:val="ListBullet"/>
        <w:spacing w:after="20" w:line="240" w:lineRule="auto"/>
        <w:ind w:left="259" w:hanging="259"/>
      </w:pPr>
      <w:r>
        <w:t>Created API references, SDK documentation, installation guides, and administrative documentation for fintech security products.</w:t>
      </w:r>
    </w:p>
    <w:p w14:paraId="0ABF855B" w14:textId="77777777" w:rsidR="00E2255F" w:rsidRDefault="00000000">
      <w:pPr>
        <w:pStyle w:val="ListBullet"/>
        <w:spacing w:after="20" w:line="240" w:lineRule="auto"/>
        <w:ind w:left="259" w:hanging="259"/>
      </w:pPr>
      <w:r>
        <w:t>Documented tokenization, encryption, payment security, and data-protection technologies.</w:t>
      </w:r>
    </w:p>
    <w:p w14:paraId="706BBC10" w14:textId="77777777" w:rsidR="00E2255F" w:rsidRDefault="00000000">
      <w:pPr>
        <w:pStyle w:val="ListBullet"/>
        <w:spacing w:after="20" w:line="240" w:lineRule="auto"/>
        <w:ind w:left="259" w:hanging="259"/>
      </w:pPr>
      <w:r>
        <w:t>Worked with engineering teams in Agile development environments to deliver customer-facing technical documentation.</w:t>
      </w:r>
    </w:p>
    <w:p w14:paraId="701AA101" w14:textId="77777777" w:rsidR="00E2255F" w:rsidRDefault="00000000">
      <w:pPr>
        <w:spacing w:before="100" w:after="0" w:line="240" w:lineRule="auto"/>
      </w:pPr>
      <w:r>
        <w:rPr>
          <w:b/>
          <w:sz w:val="19"/>
        </w:rPr>
        <w:t>Actuate, Inc. - Content Developer</w:t>
      </w:r>
    </w:p>
    <w:p w14:paraId="489F927B" w14:textId="77777777" w:rsidR="00E2255F" w:rsidRDefault="00000000">
      <w:pPr>
        <w:spacing w:after="20" w:line="240" w:lineRule="auto"/>
      </w:pPr>
      <w:r>
        <w:rPr>
          <w:i/>
        </w:rPr>
        <w:t>San Mateo, CA | Feb 2007 - Nov 2010</w:t>
      </w:r>
    </w:p>
    <w:p w14:paraId="2CC360E9" w14:textId="77777777" w:rsidR="00E2255F" w:rsidRDefault="00000000">
      <w:pPr>
        <w:pStyle w:val="ListBullet"/>
        <w:spacing w:after="20" w:line="240" w:lineRule="auto"/>
        <w:ind w:left="259" w:hanging="259"/>
      </w:pPr>
      <w:r>
        <w:t>Created training materials and API documentation for Java and Actuate Basic programming languages.</w:t>
      </w:r>
    </w:p>
    <w:p w14:paraId="5E699785" w14:textId="77777777" w:rsidR="00E2255F" w:rsidRDefault="00000000">
      <w:pPr>
        <w:pStyle w:val="ListBullet"/>
        <w:spacing w:after="20" w:line="240" w:lineRule="auto"/>
        <w:ind w:left="259" w:hanging="259"/>
      </w:pPr>
      <w:r>
        <w:t>Produced documentation for business intelligence software applications.</w:t>
      </w:r>
    </w:p>
    <w:p w14:paraId="13E6B118" w14:textId="77777777" w:rsidR="00E2255F" w:rsidRDefault="00000000">
      <w:pPr>
        <w:pStyle w:val="ListBullet"/>
        <w:spacing w:after="20" w:line="240" w:lineRule="auto"/>
        <w:ind w:left="259" w:hanging="259"/>
      </w:pPr>
      <w:r>
        <w:t>Designed visual quick-reference guides for SVG programming and browser interactivity.</w:t>
      </w:r>
    </w:p>
    <w:p w14:paraId="1424AF27" w14:textId="77777777" w:rsidR="00E2255F" w:rsidRDefault="00000000">
      <w:pPr>
        <w:pStyle w:val="ListBullet"/>
        <w:spacing w:after="20" w:line="240" w:lineRule="auto"/>
        <w:ind w:left="259" w:hanging="259"/>
      </w:pPr>
      <w:r>
        <w:t>Tested and validated technical documentation before release.</w:t>
      </w:r>
    </w:p>
    <w:p w14:paraId="5E601EF1" w14:textId="77777777" w:rsidR="00E2255F" w:rsidRDefault="00000000">
      <w:pPr>
        <w:pBdr>
          <w:bottom w:val="single" w:sz="6" w:space="1" w:color="777777"/>
        </w:pBdr>
        <w:spacing w:before="140" w:after="40" w:line="240" w:lineRule="auto"/>
      </w:pPr>
      <w:r>
        <w:rPr>
          <w:b/>
          <w:sz w:val="20"/>
        </w:rPr>
        <w:t>SELECTED PROJECTS</w:t>
      </w:r>
    </w:p>
    <w:p w14:paraId="288FF119" w14:textId="77777777" w:rsidR="00E2255F" w:rsidRDefault="00000000">
      <w:pPr>
        <w:spacing w:before="100" w:after="0" w:line="240" w:lineRule="auto"/>
      </w:pPr>
      <w:r>
        <w:rPr>
          <w:b/>
          <w:sz w:val="19"/>
        </w:rPr>
        <w:t>SOAP Notes AI</w:t>
      </w:r>
    </w:p>
    <w:p w14:paraId="352114FD" w14:textId="77777777" w:rsidR="00E2255F" w:rsidRDefault="00E2255F">
      <w:pPr>
        <w:spacing w:after="20" w:line="240" w:lineRule="auto"/>
      </w:pPr>
    </w:p>
    <w:p w14:paraId="512EFDA2" w14:textId="77777777" w:rsidR="00E2255F" w:rsidRDefault="00000000">
      <w:pPr>
        <w:pStyle w:val="ListBullet"/>
        <w:spacing w:after="20" w:line="240" w:lineRule="auto"/>
        <w:ind w:left="259" w:hanging="259"/>
      </w:pPr>
      <w:r>
        <w:t>Developed a Node.js and JavaScript application that generates structured SOAP notes from unstructured clinical input using LLM workflows.</w:t>
      </w:r>
    </w:p>
    <w:p w14:paraId="12C513E2" w14:textId="77777777" w:rsidR="00E2255F" w:rsidRDefault="00000000">
      <w:pPr>
        <w:pStyle w:val="ListBullet"/>
        <w:spacing w:after="20" w:line="240" w:lineRule="auto"/>
        <w:ind w:left="259" w:hanging="259"/>
      </w:pPr>
      <w:r>
        <w:t>Implemented specialty-aware prompting, structured JSON output, ICD-10 suggestions, and PDF export capabilities.</w:t>
      </w:r>
    </w:p>
    <w:p w14:paraId="2D988B63" w14:textId="77777777" w:rsidR="00E2255F" w:rsidRDefault="00000000">
      <w:pPr>
        <w:pStyle w:val="ListBullet"/>
        <w:spacing w:after="20" w:line="240" w:lineRule="auto"/>
        <w:ind w:left="259" w:hanging="259"/>
      </w:pPr>
      <w:r>
        <w:t>Integrated local and API-based language-model workflows for clinical-note generation.</w:t>
      </w:r>
    </w:p>
    <w:p w14:paraId="502816FA" w14:textId="77777777" w:rsidR="00E2255F" w:rsidRDefault="00000000">
      <w:pPr>
        <w:pStyle w:val="ListBullet"/>
        <w:spacing w:after="20" w:line="240" w:lineRule="auto"/>
        <w:ind w:left="259" w:hanging="259"/>
      </w:pPr>
      <w:r>
        <w:t>Implemented GitHub-based CI/CD workflows for automated build and deployment processes.</w:t>
      </w:r>
    </w:p>
    <w:p w14:paraId="2D064FA3" w14:textId="77777777" w:rsidR="00E2255F" w:rsidRDefault="00000000">
      <w:pPr>
        <w:pStyle w:val="ListBullet"/>
        <w:spacing w:after="20" w:line="240" w:lineRule="auto"/>
        <w:ind w:left="259" w:hanging="259"/>
      </w:pPr>
      <w:r>
        <w:t>Authored project documentation, API documentation, and technical implementation guidance.</w:t>
      </w:r>
    </w:p>
    <w:p w14:paraId="6629D962" w14:textId="77777777" w:rsidR="00E2255F" w:rsidRDefault="00000000">
      <w:pPr>
        <w:spacing w:before="100" w:after="0" w:line="240" w:lineRule="auto"/>
      </w:pPr>
      <w:r>
        <w:rPr>
          <w:b/>
          <w:sz w:val="19"/>
        </w:rPr>
        <w:t>Tiny Tasks API</w:t>
      </w:r>
    </w:p>
    <w:p w14:paraId="6E857524" w14:textId="77777777" w:rsidR="00E2255F" w:rsidRDefault="00E2255F">
      <w:pPr>
        <w:spacing w:after="20" w:line="240" w:lineRule="auto"/>
      </w:pPr>
    </w:p>
    <w:p w14:paraId="10EBDF8A" w14:textId="77777777" w:rsidR="00E2255F" w:rsidRDefault="00000000">
      <w:pPr>
        <w:pStyle w:val="ListBullet"/>
        <w:spacing w:after="20" w:line="240" w:lineRule="auto"/>
        <w:ind w:left="259" w:hanging="259"/>
      </w:pPr>
      <w:r>
        <w:t>Built a Node.js REST API example demonstrating API design, developer onboarding, OpenAPI documentation, testing, and containerized deployment workflows.</w:t>
      </w:r>
    </w:p>
    <w:p w14:paraId="43EB758B" w14:textId="77777777" w:rsidR="00E2255F" w:rsidRDefault="00000000">
      <w:pPr>
        <w:pStyle w:val="ListBullet"/>
        <w:spacing w:after="20" w:line="240" w:lineRule="auto"/>
        <w:ind w:left="259" w:hanging="259"/>
      </w:pPr>
      <w:r>
        <w:t>Created supporting documentation, examples, and API reference materials to demonstrate documentation-first development practices.</w:t>
      </w:r>
    </w:p>
    <w:p w14:paraId="3B09291E" w14:textId="77777777" w:rsidR="00E2255F" w:rsidRDefault="00000000">
      <w:pPr>
        <w:pStyle w:val="ListBullet"/>
        <w:spacing w:after="20" w:line="240" w:lineRule="auto"/>
        <w:ind w:left="259" w:hanging="259"/>
      </w:pPr>
      <w:r>
        <w:t>Used GitHub-based workflows to support source control, documentation, and project maintenance.</w:t>
      </w:r>
    </w:p>
    <w:p w14:paraId="697B32A5" w14:textId="77777777" w:rsidR="00E2255F" w:rsidRDefault="00000000">
      <w:pPr>
        <w:pBdr>
          <w:bottom w:val="single" w:sz="6" w:space="1" w:color="777777"/>
        </w:pBdr>
        <w:spacing w:before="140" w:after="40" w:line="240" w:lineRule="auto"/>
      </w:pPr>
      <w:r>
        <w:rPr>
          <w:b/>
          <w:sz w:val="20"/>
        </w:rPr>
        <w:t>EARLIER SOFTWARE ENGINEERING EXPERIENCE</w:t>
      </w:r>
    </w:p>
    <w:p w14:paraId="3652E079" w14:textId="77777777" w:rsidR="00E2255F" w:rsidRDefault="00000000">
      <w:pPr>
        <w:spacing w:before="100" w:after="0" w:line="240" w:lineRule="auto"/>
      </w:pPr>
      <w:r>
        <w:rPr>
          <w:b/>
          <w:sz w:val="19"/>
        </w:rPr>
        <w:t>Computer Associates - Software Engineer</w:t>
      </w:r>
    </w:p>
    <w:p w14:paraId="247A5774" w14:textId="77777777" w:rsidR="00E2255F" w:rsidRDefault="00000000">
      <w:pPr>
        <w:spacing w:after="20" w:line="240" w:lineRule="auto"/>
      </w:pPr>
      <w:r>
        <w:rPr>
          <w:i/>
        </w:rPr>
        <w:t>Burlingame, CA | Mar 2002 - Oct 2004</w:t>
      </w:r>
    </w:p>
    <w:p w14:paraId="0479BA49" w14:textId="77777777" w:rsidR="00E2255F" w:rsidRDefault="00000000">
      <w:pPr>
        <w:pStyle w:val="ListBullet"/>
        <w:spacing w:after="20" w:line="240" w:lineRule="auto"/>
        <w:ind w:left="259" w:hanging="259"/>
      </w:pPr>
      <w:r>
        <w:t>Built and maintained workflow and change-management software using C++ and SQL.</w:t>
      </w:r>
    </w:p>
    <w:p w14:paraId="4CEC3E63" w14:textId="77777777" w:rsidR="00E2255F" w:rsidRDefault="00000000">
      <w:pPr>
        <w:pStyle w:val="ListBullet"/>
        <w:spacing w:after="20" w:line="240" w:lineRule="auto"/>
        <w:ind w:left="259" w:hanging="259"/>
      </w:pPr>
      <w:r>
        <w:t>Contributed to CA Harvest Change Manager across multiple platforms.</w:t>
      </w:r>
    </w:p>
    <w:p w14:paraId="1E223AD4" w14:textId="77777777" w:rsidR="00E2255F" w:rsidRDefault="00000000">
      <w:pPr>
        <w:spacing w:before="100" w:after="0" w:line="240" w:lineRule="auto"/>
      </w:pPr>
      <w:r>
        <w:rPr>
          <w:b/>
          <w:sz w:val="19"/>
        </w:rPr>
        <w:t>APTL Networks - Principal Engineer</w:t>
      </w:r>
    </w:p>
    <w:p w14:paraId="223788D8" w14:textId="77777777" w:rsidR="00E2255F" w:rsidRDefault="00000000">
      <w:pPr>
        <w:spacing w:after="20" w:line="240" w:lineRule="auto"/>
      </w:pPr>
      <w:r>
        <w:rPr>
          <w:i/>
        </w:rPr>
        <w:t>Remote | Oct 2001 - Mar 2002</w:t>
      </w:r>
    </w:p>
    <w:p w14:paraId="4789984A" w14:textId="77777777" w:rsidR="00E2255F" w:rsidRDefault="00000000">
      <w:pPr>
        <w:pStyle w:val="ListBullet"/>
        <w:spacing w:after="20" w:line="240" w:lineRule="auto"/>
        <w:ind w:left="259" w:hanging="259"/>
      </w:pPr>
      <w:r>
        <w:t>Developed Java applications supporting medical-record retrieval for legal use cases.</w:t>
      </w:r>
    </w:p>
    <w:p w14:paraId="04A43636" w14:textId="77777777" w:rsidR="00E2255F" w:rsidRDefault="00000000">
      <w:pPr>
        <w:pStyle w:val="ListBullet"/>
        <w:spacing w:after="20" w:line="240" w:lineRule="auto"/>
        <w:ind w:left="259" w:hanging="259"/>
      </w:pPr>
      <w:r>
        <w:t>Worked with end users and documentation teams to improve workflow effectiveness.</w:t>
      </w:r>
    </w:p>
    <w:p w14:paraId="2AC07B9A" w14:textId="77777777" w:rsidR="00E2255F" w:rsidRDefault="00000000">
      <w:pPr>
        <w:spacing w:before="100" w:after="0" w:line="240" w:lineRule="auto"/>
      </w:pPr>
      <w:r>
        <w:rPr>
          <w:b/>
          <w:sz w:val="19"/>
        </w:rPr>
        <w:t>RSA Data Security - Lead Software Engineer</w:t>
      </w:r>
    </w:p>
    <w:p w14:paraId="35528F73" w14:textId="77777777" w:rsidR="00E2255F" w:rsidRDefault="00000000">
      <w:pPr>
        <w:spacing w:after="20" w:line="240" w:lineRule="auto"/>
      </w:pPr>
      <w:r>
        <w:rPr>
          <w:i/>
        </w:rPr>
        <w:t>San Mateo, CA | Feb 1997 - Oct 2001</w:t>
      </w:r>
    </w:p>
    <w:p w14:paraId="3B55F3B6" w14:textId="77777777" w:rsidR="00E2255F" w:rsidRDefault="00000000">
      <w:pPr>
        <w:pStyle w:val="ListBullet"/>
        <w:spacing w:after="20" w:line="240" w:lineRule="auto"/>
        <w:ind w:left="259" w:hanging="259"/>
      </w:pPr>
      <w:r>
        <w:lastRenderedPageBreak/>
        <w:t>Led software engineering efforts supporting certificate server and PKI security products.</w:t>
      </w:r>
    </w:p>
    <w:p w14:paraId="6B736B26" w14:textId="77777777" w:rsidR="00E2255F" w:rsidRDefault="00000000">
      <w:pPr>
        <w:pStyle w:val="ListBullet"/>
        <w:spacing w:after="20" w:line="240" w:lineRule="auto"/>
        <w:ind w:left="259" w:hanging="259"/>
      </w:pPr>
      <w:r>
        <w:t>Developed Windows and UNIX security software.</w:t>
      </w:r>
    </w:p>
    <w:p w14:paraId="45E28F6F" w14:textId="77777777" w:rsidR="00E2255F" w:rsidRDefault="00000000">
      <w:pPr>
        <w:pStyle w:val="ListBullet"/>
        <w:spacing w:after="20" w:line="240" w:lineRule="auto"/>
        <w:ind w:left="259" w:hanging="259"/>
      </w:pPr>
      <w:r>
        <w:t>Ported certificate-management and security tools across multiple platforms.</w:t>
      </w:r>
    </w:p>
    <w:p w14:paraId="1FA56E1E" w14:textId="77777777" w:rsidR="00E2255F" w:rsidRDefault="00000000">
      <w:pPr>
        <w:pStyle w:val="ListBullet"/>
        <w:spacing w:after="20" w:line="240" w:lineRule="auto"/>
        <w:ind w:left="259" w:hanging="259"/>
      </w:pPr>
      <w:r>
        <w:t>Produced technical documentation alongside software-development responsibilities, helping bridge engineering and product communication.</w:t>
      </w:r>
    </w:p>
    <w:p w14:paraId="287E31BE" w14:textId="77777777" w:rsidR="00E2255F" w:rsidRDefault="00000000">
      <w:pPr>
        <w:pStyle w:val="ListBullet"/>
        <w:spacing w:after="20" w:line="240" w:lineRule="auto"/>
        <w:ind w:left="259" w:hanging="259"/>
      </w:pPr>
      <w:r>
        <w:t>Served in both software-engineering and documentation roles during the transition from engineering to technical writing.</w:t>
      </w:r>
    </w:p>
    <w:p w14:paraId="0C470C62" w14:textId="77777777" w:rsidR="00E2255F" w:rsidRDefault="00000000">
      <w:pPr>
        <w:spacing w:before="100" w:after="0" w:line="240" w:lineRule="auto"/>
      </w:pPr>
      <w:r>
        <w:rPr>
          <w:b/>
          <w:sz w:val="19"/>
        </w:rPr>
        <w:t>Deluxe Corporation - Software Manager</w:t>
      </w:r>
    </w:p>
    <w:p w14:paraId="1CB2D496" w14:textId="77777777" w:rsidR="00E2255F" w:rsidRDefault="00000000">
      <w:pPr>
        <w:spacing w:after="20" w:line="240" w:lineRule="auto"/>
      </w:pPr>
      <w:r>
        <w:rPr>
          <w:i/>
        </w:rPr>
        <w:t>Redwood City, CA | 1997 - 1999</w:t>
      </w:r>
    </w:p>
    <w:p w14:paraId="13922ED3" w14:textId="77777777" w:rsidR="00E2255F" w:rsidRDefault="00000000">
      <w:pPr>
        <w:pStyle w:val="ListBullet"/>
        <w:spacing w:after="20" w:line="240" w:lineRule="auto"/>
        <w:ind w:left="259" w:hanging="259"/>
      </w:pPr>
      <w:r>
        <w:t>Managed development of World's Easiest, a shrink-wrapped software product for creating business cards and greeting cards.</w:t>
      </w:r>
    </w:p>
    <w:p w14:paraId="6A1B0E32" w14:textId="77777777" w:rsidR="00E2255F" w:rsidRDefault="00000000">
      <w:pPr>
        <w:pStyle w:val="ListBullet"/>
        <w:spacing w:after="20" w:line="240" w:lineRule="auto"/>
        <w:ind w:left="259" w:hanging="259"/>
      </w:pPr>
      <w:r>
        <w:t>Contributed directly to software architecture, design, and implementation.</w:t>
      </w:r>
    </w:p>
    <w:p w14:paraId="2AFC8130" w14:textId="77777777" w:rsidR="00E2255F" w:rsidRDefault="00000000">
      <w:pPr>
        <w:pStyle w:val="ListBullet"/>
        <w:spacing w:after="20" w:line="240" w:lineRule="auto"/>
        <w:ind w:left="259" w:hanging="259"/>
      </w:pPr>
      <w:r>
        <w:t>Led development activities while remaining an active hands-on engineer.</w:t>
      </w:r>
    </w:p>
    <w:p w14:paraId="33F4CCEE" w14:textId="77777777" w:rsidR="00E2255F" w:rsidRDefault="00000000">
      <w:pPr>
        <w:spacing w:before="100" w:after="0" w:line="240" w:lineRule="auto"/>
      </w:pPr>
      <w:r>
        <w:rPr>
          <w:b/>
          <w:sz w:val="19"/>
        </w:rPr>
        <w:t>Oracle (Contract) - Software Engineer</w:t>
      </w:r>
    </w:p>
    <w:p w14:paraId="51668CAB" w14:textId="77777777" w:rsidR="00E2255F" w:rsidRDefault="00000000">
      <w:pPr>
        <w:spacing w:after="20" w:line="240" w:lineRule="auto"/>
      </w:pPr>
      <w:r>
        <w:rPr>
          <w:i/>
        </w:rPr>
        <w:t>Redwood Shores, CA | 1996 - 1997</w:t>
      </w:r>
    </w:p>
    <w:p w14:paraId="662F5D87" w14:textId="77777777" w:rsidR="00E2255F" w:rsidRDefault="00000000">
      <w:pPr>
        <w:pStyle w:val="ListBullet"/>
        <w:spacing w:after="20" w:line="240" w:lineRule="auto"/>
        <w:ind w:left="259" w:hanging="259"/>
      </w:pPr>
      <w:r>
        <w:t>Developed a graphical API for the Oracle Toolkit project.</w:t>
      </w:r>
    </w:p>
    <w:p w14:paraId="4223E2FA" w14:textId="77777777" w:rsidR="00E2255F" w:rsidRDefault="00000000">
      <w:pPr>
        <w:spacing w:before="100" w:after="0" w:line="240" w:lineRule="auto"/>
      </w:pPr>
      <w:r>
        <w:rPr>
          <w:b/>
          <w:sz w:val="19"/>
        </w:rPr>
        <w:t>Novell - Software Engineer</w:t>
      </w:r>
    </w:p>
    <w:p w14:paraId="75C76FFA" w14:textId="77777777" w:rsidR="00E2255F" w:rsidRDefault="00000000">
      <w:pPr>
        <w:spacing w:after="20" w:line="240" w:lineRule="auto"/>
      </w:pPr>
      <w:r>
        <w:rPr>
          <w:i/>
        </w:rPr>
        <w:t>Cupertino, CA | 1994 - 1996</w:t>
      </w:r>
    </w:p>
    <w:p w14:paraId="7F1FBDE1" w14:textId="77777777" w:rsidR="00E2255F" w:rsidRDefault="00000000">
      <w:pPr>
        <w:pStyle w:val="ListBullet"/>
        <w:spacing w:after="20" w:line="240" w:lineRule="auto"/>
        <w:ind w:left="259" w:hanging="259"/>
      </w:pPr>
      <w:r>
        <w:t>Designed and implemented the OS/2 version of Novell AppWare from scratch.</w:t>
      </w:r>
    </w:p>
    <w:p w14:paraId="7FC46EE0" w14:textId="77777777" w:rsidR="00E2255F" w:rsidRDefault="00000000">
      <w:pPr>
        <w:pStyle w:val="ListBullet"/>
        <w:spacing w:after="20" w:line="240" w:lineRule="auto"/>
        <w:ind w:left="259" w:hanging="259"/>
      </w:pPr>
      <w:r>
        <w:t>Contributed to a cross-platform application framework supporting multiple operating systems.</w:t>
      </w:r>
    </w:p>
    <w:p w14:paraId="2DDE773F" w14:textId="77777777" w:rsidR="00E2255F" w:rsidRDefault="00000000">
      <w:pPr>
        <w:pStyle w:val="ListBullet"/>
        <w:spacing w:after="20" w:line="240" w:lineRule="auto"/>
        <w:ind w:left="259" w:hanging="259"/>
      </w:pPr>
      <w:r>
        <w:t>Developed software enabling applications to be built once and deployed across multiple platforms.</w:t>
      </w:r>
    </w:p>
    <w:p w14:paraId="4A9166B5" w14:textId="77777777" w:rsidR="00E2255F" w:rsidRDefault="00000000">
      <w:pPr>
        <w:spacing w:before="100" w:after="0" w:line="240" w:lineRule="auto"/>
      </w:pPr>
      <w:r>
        <w:rPr>
          <w:b/>
          <w:sz w:val="19"/>
        </w:rPr>
        <w:t>Lumonics - Software Engineer</w:t>
      </w:r>
    </w:p>
    <w:p w14:paraId="471DF7C8" w14:textId="77777777" w:rsidR="00E2255F" w:rsidRDefault="00000000">
      <w:pPr>
        <w:spacing w:after="20" w:line="240" w:lineRule="auto"/>
      </w:pPr>
      <w:r>
        <w:rPr>
          <w:i/>
        </w:rPr>
        <w:t>Camarillo, CA | 1991 - 1994</w:t>
      </w:r>
    </w:p>
    <w:p w14:paraId="63B79F2D" w14:textId="77777777" w:rsidR="00E2255F" w:rsidRDefault="00000000">
      <w:pPr>
        <w:pStyle w:val="ListBullet"/>
        <w:spacing w:after="20" w:line="240" w:lineRule="auto"/>
        <w:ind w:left="259" w:hanging="259"/>
      </w:pPr>
      <w:r>
        <w:t>Developed software for YAG laser marking and etching systems used in industrial manufacturing environments.</w:t>
      </w:r>
    </w:p>
    <w:p w14:paraId="1662744A" w14:textId="77777777" w:rsidR="00E2255F" w:rsidRDefault="00000000">
      <w:pPr>
        <w:pStyle w:val="ListBullet"/>
        <w:spacing w:after="20" w:line="240" w:lineRule="auto"/>
        <w:ind w:left="259" w:hanging="259"/>
      </w:pPr>
      <w:r>
        <w:t>Designed and implemented finite-state-machine software controlling Windows-based hardware systems.</w:t>
      </w:r>
    </w:p>
    <w:p w14:paraId="5A1406C9" w14:textId="77777777" w:rsidR="00E2255F" w:rsidRDefault="00000000">
      <w:pPr>
        <w:pStyle w:val="ListBullet"/>
        <w:spacing w:after="20" w:line="240" w:lineRule="auto"/>
        <w:ind w:left="259" w:hanging="259"/>
      </w:pPr>
      <w:r>
        <w:t>Integrated software with electromechanical equipment and production workflows.</w:t>
      </w:r>
    </w:p>
    <w:p w14:paraId="4D5526EF" w14:textId="29B32AD0" w:rsidR="00E2255F" w:rsidRDefault="00000000">
      <w:pPr>
        <w:spacing w:before="100" w:after="0" w:line="240" w:lineRule="auto"/>
      </w:pPr>
      <w:r>
        <w:rPr>
          <w:b/>
          <w:sz w:val="19"/>
        </w:rPr>
        <w:t xml:space="preserve">CADAM (IBM Corporation) </w:t>
      </w:r>
      <w:r w:rsidR="00DC2EBA">
        <w:rPr>
          <w:b/>
          <w:sz w:val="19"/>
        </w:rPr>
        <w:t>–</w:t>
      </w:r>
      <w:r>
        <w:rPr>
          <w:b/>
          <w:sz w:val="19"/>
        </w:rPr>
        <w:t xml:space="preserve"> </w:t>
      </w:r>
      <w:r w:rsidR="00DC2EBA">
        <w:rPr>
          <w:b/>
          <w:sz w:val="19"/>
        </w:rPr>
        <w:t xml:space="preserve">Member of the </w:t>
      </w:r>
      <w:r w:rsidR="005C2FBD">
        <w:rPr>
          <w:b/>
          <w:sz w:val="19"/>
        </w:rPr>
        <w:t>Technical</w:t>
      </w:r>
      <w:r w:rsidR="00DC2EBA">
        <w:rPr>
          <w:b/>
          <w:sz w:val="19"/>
        </w:rPr>
        <w:t xml:space="preserve"> Staff IV</w:t>
      </w:r>
    </w:p>
    <w:p w14:paraId="56C37777" w14:textId="77777777" w:rsidR="00E2255F" w:rsidRDefault="00000000">
      <w:pPr>
        <w:spacing w:after="20" w:line="240" w:lineRule="auto"/>
      </w:pPr>
      <w:r>
        <w:rPr>
          <w:i/>
        </w:rPr>
        <w:t>Burbank, CA | 1983 - 1991</w:t>
      </w:r>
    </w:p>
    <w:p w14:paraId="23CAE580" w14:textId="77777777" w:rsidR="00E2255F" w:rsidRDefault="00000000">
      <w:pPr>
        <w:pStyle w:val="ListBullet"/>
        <w:spacing w:after="20" w:line="240" w:lineRule="auto"/>
        <w:ind w:left="259" w:hanging="259"/>
      </w:pPr>
      <w:r>
        <w:t>Developed CADCD and CADET APIs used for creation and retrieval of CAD model elements.</w:t>
      </w:r>
    </w:p>
    <w:p w14:paraId="39D32E1A" w14:textId="77777777" w:rsidR="00E2255F" w:rsidRDefault="00000000">
      <w:pPr>
        <w:pStyle w:val="ListBullet"/>
        <w:spacing w:after="20" w:line="240" w:lineRule="auto"/>
        <w:ind w:left="259" w:hanging="259"/>
      </w:pPr>
      <w:r>
        <w:t>Contributed to Hardcopy software used to generate engineering drawings on multiple plotting devices.</w:t>
      </w:r>
    </w:p>
    <w:p w14:paraId="759C63AC" w14:textId="77777777" w:rsidR="00E2255F" w:rsidRDefault="00000000">
      <w:pPr>
        <w:pStyle w:val="ListBullet"/>
        <w:spacing w:after="20" w:line="240" w:lineRule="auto"/>
        <w:ind w:left="259" w:hanging="259"/>
      </w:pPr>
      <w:r>
        <w:t>Developed software across IBM mainframe, UNIX workstation, and IBM PC environments.</w:t>
      </w:r>
    </w:p>
    <w:p w14:paraId="0BA8C196" w14:textId="77777777" w:rsidR="00E2255F" w:rsidRDefault="00000000">
      <w:pPr>
        <w:pStyle w:val="ListBullet"/>
        <w:spacing w:after="20" w:line="240" w:lineRule="auto"/>
        <w:ind w:left="259" w:hanging="259"/>
      </w:pPr>
      <w:r>
        <w:t>Designed software interfaces enabling programmatic access to engineering-model data.</w:t>
      </w:r>
    </w:p>
    <w:p w14:paraId="641753F5" w14:textId="77777777" w:rsidR="00E2255F" w:rsidRDefault="00000000">
      <w:pPr>
        <w:pBdr>
          <w:bottom w:val="single" w:sz="6" w:space="1" w:color="777777"/>
        </w:pBdr>
        <w:spacing w:before="140" w:after="40" w:line="240" w:lineRule="auto"/>
      </w:pPr>
      <w:r>
        <w:rPr>
          <w:b/>
          <w:sz w:val="20"/>
        </w:rPr>
        <w:t>EDUCATION</w:t>
      </w:r>
    </w:p>
    <w:p w14:paraId="6DFCCE3E" w14:textId="77777777" w:rsidR="00E2255F" w:rsidRDefault="00000000">
      <w:pPr>
        <w:spacing w:before="20" w:after="40" w:line="240" w:lineRule="auto"/>
      </w:pPr>
      <w:r>
        <w:t>B.S., Computer Science - California State University, Northridge</w:t>
      </w:r>
    </w:p>
    <w:p w14:paraId="1681247A" w14:textId="77777777" w:rsidR="00E2255F" w:rsidRDefault="00000000">
      <w:pPr>
        <w:pBdr>
          <w:bottom w:val="single" w:sz="6" w:space="1" w:color="777777"/>
        </w:pBdr>
        <w:spacing w:before="140" w:after="40" w:line="240" w:lineRule="auto"/>
      </w:pPr>
      <w:r>
        <w:rPr>
          <w:b/>
          <w:sz w:val="20"/>
        </w:rPr>
        <w:t>ADDITIONAL WRITING EXPERIENCE</w:t>
      </w:r>
    </w:p>
    <w:p w14:paraId="73610AD9" w14:textId="77777777" w:rsidR="00E2255F" w:rsidRDefault="00000000">
      <w:pPr>
        <w:spacing w:before="100" w:after="0" w:line="240" w:lineRule="auto"/>
      </w:pPr>
      <w:r>
        <w:rPr>
          <w:b/>
          <w:sz w:val="19"/>
        </w:rPr>
        <w:t>Nikonians - Contributing Technical Author</w:t>
      </w:r>
    </w:p>
    <w:p w14:paraId="6CEA1F50" w14:textId="77777777" w:rsidR="00E2255F" w:rsidRDefault="00000000">
      <w:pPr>
        <w:spacing w:after="20" w:line="240" w:lineRule="auto"/>
      </w:pPr>
      <w:r>
        <w:rPr>
          <w:i/>
        </w:rPr>
        <w:t>Remote | 2015 - 2017</w:t>
      </w:r>
    </w:p>
    <w:p w14:paraId="6CC04342" w14:textId="77777777" w:rsidR="00E2255F" w:rsidRDefault="00000000">
      <w:pPr>
        <w:pStyle w:val="ListBullet"/>
        <w:spacing w:after="20" w:line="240" w:lineRule="auto"/>
        <w:ind w:left="259" w:hanging="259"/>
      </w:pPr>
      <w:r>
        <w:t>Authored articles covering advanced photography topics including infrared, microscopic-objective, and trichromatic imaging techniques.</w:t>
      </w:r>
    </w:p>
    <w:p w14:paraId="26E13D47" w14:textId="77777777" w:rsidR="00E2255F" w:rsidRDefault="00000000">
      <w:pPr>
        <w:pStyle w:val="ListBullet"/>
        <w:spacing w:after="20" w:line="240" w:lineRule="auto"/>
        <w:ind w:left="259" w:hanging="259"/>
      </w:pPr>
      <w:r>
        <w:t>Combined technical instruction with visual examples for enthusiast audiences.</w:t>
      </w:r>
    </w:p>
    <w:sectPr w:rsidR="00E2255F" w:rsidSect="00034616">
      <w:pgSz w:w="12240" w:h="15840"/>
      <w:pgMar w:top="720" w:right="936" w:bottom="720"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47E6A97A"/>
    <w:lvl w:ilvl="0">
      <w:start w:val="1"/>
      <w:numFmt w:val="bullet"/>
      <w:pStyle w:val="ListBullet"/>
      <w:lvlText w:val=""/>
      <w:lvlJc w:val="left"/>
      <w:pPr>
        <w:tabs>
          <w:tab w:val="num" w:pos="360"/>
        </w:tabs>
        <w:ind w:left="360" w:hanging="360"/>
      </w:pPr>
      <w:rPr>
        <w:rFonts w:ascii="Symbol" w:hAnsi="Symbol" w:hint="default"/>
      </w:rPr>
    </w:lvl>
  </w:abstractNum>
  <w:num w:numId="1" w16cid:durableId="121653625">
    <w:abstractNumId w:val="8"/>
  </w:num>
  <w:num w:numId="2" w16cid:durableId="1433740650">
    <w:abstractNumId w:val="6"/>
  </w:num>
  <w:num w:numId="3" w16cid:durableId="762339914">
    <w:abstractNumId w:val="5"/>
  </w:num>
  <w:num w:numId="4" w16cid:durableId="1975406492">
    <w:abstractNumId w:val="4"/>
  </w:num>
  <w:num w:numId="5" w16cid:durableId="1803307522">
    <w:abstractNumId w:val="7"/>
  </w:num>
  <w:num w:numId="6" w16cid:durableId="1052267008">
    <w:abstractNumId w:val="3"/>
  </w:num>
  <w:num w:numId="7" w16cid:durableId="1844511886">
    <w:abstractNumId w:val="2"/>
  </w:num>
  <w:num w:numId="8" w16cid:durableId="1499807571">
    <w:abstractNumId w:val="1"/>
  </w:num>
  <w:num w:numId="9" w16cid:durableId="42357081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F7663"/>
    <w:rsid w:val="00275A8D"/>
    <w:rsid w:val="0029639D"/>
    <w:rsid w:val="00326F90"/>
    <w:rsid w:val="005C2FBD"/>
    <w:rsid w:val="009374ED"/>
    <w:rsid w:val="00975637"/>
    <w:rsid w:val="009C7699"/>
    <w:rsid w:val="00AA1D8D"/>
    <w:rsid w:val="00B47730"/>
    <w:rsid w:val="00B857DA"/>
    <w:rsid w:val="00CB0664"/>
    <w:rsid w:val="00DB2986"/>
    <w:rsid w:val="00DC2EBA"/>
    <w:rsid w:val="00E2255F"/>
    <w:rsid w:val="00E2770C"/>
    <w:rsid w:val="00FC693F"/>
    <w:rsid w:val="00FF67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A8FFCA"/>
  <w14:defaultImageDpi w14:val="300"/>
  <w15:docId w15:val="{EDF30C90-98C6-E149-9D7D-6477D9C56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1327</Words>
  <Characters>9146</Characters>
  <Application>Microsoft Office Word</Application>
  <DocSecurity>0</DocSecurity>
  <Lines>155</Lines>
  <Paragraphs>151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Jon Nadelberg</cp:lastModifiedBy>
  <cp:revision>8</cp:revision>
  <dcterms:created xsi:type="dcterms:W3CDTF">2013-12-23T23:15:00Z</dcterms:created>
  <dcterms:modified xsi:type="dcterms:W3CDTF">2026-07-13T05:04:00Z</dcterms:modified>
  <cp:category/>
</cp:coreProperties>
</file>